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מרכיב כרטיס לתערוכת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מפתח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הפוסטר ואת קריטריוני ההערכה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להכין כרטיס תערוכה על חפץ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לבחור חפץ של אחד מהקבוצה או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כותרת, סיסמה ושלושה משפטי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הקריטריונים הוא עבודת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חלקי הפוסטר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קצר ומושך שמסביר את נושא הפוסטר)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קצר וקולע עד שש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 מה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את סיפור החפץ)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 משפחתי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מושכת ושם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סיסמה קצרה עד שש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שלושה משפטי מפתח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כותרת קצרה, סיסמה עד 6 מילים, ושלושה משפטים שעונים על מה/סיפור/למה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החפץ, מה הסיפור שלו, 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סמל מהרשימה כגון שעון, מצלמה או כד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מוכנה לפוסטר לפני העבודה העצמאית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חפץ עם סיפור אישי אמיתי כדי לחזק את המוטיבציה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השמירה כתמונה, לוודא שכל חברי הקבוצה בדקו שגיאות כתיב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מרכיבי הפוסטר לתערוכת המורשת: כותרת, סיסמה, משפטי מפתח וסמל, לפני שמכינים את הפוסטר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מילים  ·  יצירת  ·  סיפור  ·  מושכת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המשימה המרכזית בדף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להכין כרטיס תערוכה על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סיפור ארוך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משפטי מפתח צריך לכתוב בפוסטר?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אורך הסיסמה המקסימלי שמוצע?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חפץ מתוך אחד הסיפורים שלמדנו, לא רק חפץ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בפוסטר צריך לכתוב רק את שם החפץ בלי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המחוון בודק גם האם כל חברי הקבוצה תרמו לעבודה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פוסטר צריך כותרת __________ שתמשוך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הסיסמה צריכה להיות קצרה, עד שש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משפט המפתח השני עונה על השאלה מה ה__________ של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בסוף הבחירה יש ללחוץ על הכפתור __________ פוסטר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חלקי הפוסטר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 מה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את סיפור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משפט מפתח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קצר וקולע עד שש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משפט מפתח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משפט קצר ומושך שמסביר את נושא הפוסטר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הכנת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שלושה משפטי מפתח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חפץ משפחתי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כותרת מושכת ושם לחפץ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לחבר סיסמה קצרה עד שש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משפחתי (אמיתי או מסיפור שלמדתם) וכתבו עבורו כותרת, סיסמה ושלושה משפטי מפתח כמו שנדרש בפוסטר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החלקים שחייבים להופיע במשפטי המפתח?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האורך המומלץ לסיסמה?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מורשת – פוסטר קבוצתי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