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תערוכת מורשת – פוסטר קבוצתי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מרכיב כרטיס לתערוכת מורשת משפחתית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משפטי מפתח על חפץ משפחתי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הפוסטר ואת קריטריוני ההערכה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להכין כרטיס תערוכה על חפץ משפחתי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6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מה החפץ?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למה הוא חשוב לנו?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שעון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בדף נכתב שאפשר לבחור חפץ של אחד מהקבוצה או מהסיפורים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כותרת, סיסמה ושלושה משפטי מפתח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אחד הקריטריונים הוא עבודת 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בהוראות בסוף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אחד הקריטריונים הוא קשר למורשת בין דורות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בדף מצוין לכתוב שמות פרטיים של חברי הקבוצה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מושכת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יצירת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ארוכה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עיצוב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חלקי הפוסטר לתפקידם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(משפט קצר ומושך שמסביר את נושא הפוסטר)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(משפט קצר וקולע עד שש 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(מסביר מה החפץ)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(מספר את סיפור החפץ)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(מסביר למה החפץ חשוב למשפחה)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(ציור קטן שמייצג את החפץ)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הכנת הפוסטר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חפץ משפחתי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לכתוב כותרת מושכת ושם לחפץ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לחבר סיסמה קצרה עד שש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לכתוב שלושה משפטי מפתח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לבחור צבע וסמל 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ללחוץ על יצירת פוסטר ולשמור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כותרת קצרה, סיסמה עד 6 מילים, ושלושה משפטים שעונים על מה/סיפור/למה 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לבדוק קשר הגיוני בין החפץ לדורות שונים במשפחה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מה החפץ, מה הסיפור שלו, למה הוא חשוב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עד שש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סמל מהרשימה כגון שעון, מצלמה או כד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דוגמה מוכנה לפוסטר לפני העבודה העצמאית בקבוצות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לבחור חפץ עם סיפור אישי אמיתי כדי לחזק את המוטיבציה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השמירה כתמונה, לוודא שכל חברי הקבוצה בדקו שגיאות כתיב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תערוכת מורשת – פוסטר קבוצתי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מה צריך לכתוב בפוסטר על חפץ משפחתי: שם, סיסמה קצרה ושלושה משפטים.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שעוברים במשפחה מדור לדור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סיסמה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קצר וקולע שמושך תשומת לב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כותרת מושכת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קצר שגורם לרצות לקרוא עוד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ציור קטן שמייצג את החפץ או 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שחיה באותה תקופה, כמו סבים או הורים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טבלה שמסבירה לפי מה בודקים ומעריכים 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חפץ משפחתי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ששייך למשפחה ויש לו סיפור מיוחד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צריך להכין בדף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להכין כרטיס תערוכה על חפץ משפחתי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לכתוב סיפור ארוך על המשפחה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לצייר עץ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לראיין סבא או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משפטים יש לכתוב?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מילים מותר בסיסמה?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משפט שלם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על מה עונה המשפט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החפץ?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קנה אותו?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 הוא עולה?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איפה הוא נמצא היום?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על מה עונה המשפט השלישי?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החפץ?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הסיפור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למה הוא חשוב לנו?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איך מציירים אותו?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סמל מופיע ברשימה?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מחשב נייד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כדור פורח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חפץ מתוך אחד הסיפורים שלמדנו, לא רק חפץ אישי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בפוסטר צריך לכתוב רק את שם החפץ בלי הסבר נוסף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המחוון בודק גם האם כל חברי הקבוצה תרמו לעבודה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לפתוח את הפוסטר כתמונה בלשונית חדשה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המחוון לא בודק קשר בין החפץ לבין מורשת ודורות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בפוסטר רק שם משפחה של הקבוצה ולא שמות פרטיים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כל פוסטר צריך כותרת __________ שתמשוך תשומת 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הסיסמה צריכה להיות קצרה, עד שש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משפט המפתח השני עונה על השאלה מה ה__________ של החפץ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הבחירה יש ללחוץ על הכפתור __________ פוסטר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לשמור את התמונה יש ללחוץ לחיצה __________ עליה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אחד הקריטריונים במחוון הוא לשון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חלקי הפוסטר לתפקידם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כותרת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מספר את סיפור החפץ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סיסמה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מסביר למה החפץ חשוב למשפחה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משפט מפתח 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ציור קטן שמייצג את החפץ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משפט מפתח 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מסביר מה החפץ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משפט מפתח שלישי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משפט קצר וקולע עד שש 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סמל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משפט קצר ומושך שמסביר את נושא הפוסטר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הכנת הפוסטר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ללחוץ על יצירת פוסטר ולשמור אותו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לחבר סיסמה קצרה עד שש מילים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חפץ משפחתי מתאים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כותרת מושכת ושם לחפץ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שלושה משפטי מפתח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צבע וסמל מתאימים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חפץ משפחתי (אמיתי או מסיפור שלמדתם) וכתבו עבורו כותרת, סיסמה ושלושה משפטי מפתח כמו שנדרש בפוסטר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במשפט אחד איך החפץ שבחרתם מחבר בין דורות במשפחה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שלושת החלקים שחייבים להופיע במשפטי המפתח?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האורך המומלץ לסיסמה?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לסמל שאפשר לבחור לפוסטר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תערוכת מורשת – פוסטר קבוצתי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