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מורשת – פוסטר קבוצתי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מרכיב כרטיס לתערוכת מורשת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 מפתח על חפץ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הפוסטר ואת קריטריוני ההערכה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להכין כרטיס תערוכה על חפץ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6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מה החפץ?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למה הוא חשוב לנו?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נכתב שאפשר לבחור חפץ של אחד מהקבוצה או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כותרת, סיסמה ושלושה משפטי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אחד הקריטריונים הוא עבודת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בהוראות בסוף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אחד הקריטריונים הוא קשר למורשת בין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בדף מצוין לכתוב שמות פרטיים של חברי הקבוצה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מושכת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יצירת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עיצוב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חלקי הפוסטר לתפקידם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(משפט קצר ומושך שמסביר את נושא הפוסטר)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(משפט קצר וקולע עד שש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(מסביר מה החפץ)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(מספר את סיפור החפץ)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(מסביר למה החפץ חשוב למשפחה)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(ציור קטן שמייצג את החפץ)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הכנת הפוסטר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חפץ משפחתי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כותרת מושכת ושם לחפץ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לחבר סיסמה קצרה עד שש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שלושה משפטי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לבחור צבע וסמל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ללחוץ על יצירת פוסטר ולשמור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כותרת קצרה, סיסמה עד 6 מילים, ושלושה משפטים שעונים על מה/סיפור/למה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לבדוק קשר הגיוני בין החפץ לדורות שונים במשפחה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 החפץ, מה הסיפור שלו, למה הוא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עד שש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סמל מהרשימה כגון שעון, מצלמה או כד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מוכנה לפוסטר לפני העבודה העצמאית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חפץ עם סיפור אישי אמיתי כדי לחזק את המוטיבציה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השמירה כתמונה, לוודא שכל חברי הקבוצה בדקו שגיאות כתיב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מורשת – פוסטר קבוצתי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מרכיבי הפוסטר לתערוכת המורשת: כותרת, סיסמה, משפטי מפתח וסמל, לפני שמכינים את הפוסטר בקבוצה.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המשימה המרכזית בדף התערוכה?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להכין כרטיס תערוכה על חפץ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סיפור ארוך על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לראיין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משפטי מפתח צריך לכתוב בפוסטר?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אורך הסיסמה המקסימלי שמוצע?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שלם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השאלה שעונה עליה משפט המפתח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קנה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הוא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הוא נמצא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השאלה שעונה עליה משפט המפתח השלישי?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הסיפור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הוא חשוב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מציירים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מהבאים הוא דוגמה לסמל שאפשר לבחור לפוסטר?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 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פורח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חפץ מתוך אחד הסיפורים שלמדנו, לא רק חפץ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בפוסטר צריך לכתוב רק את שם החפץ בלי הסבר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המחוון בודק גם האם כל חברי הקבוצה תרמו לעבודה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לפתוח את הפוסטר כתמונה בלשונית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המחוון לא בודק קשר בין החפץ לבין מורשת ודורות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בפוסטר רק שם משפחה של הקבוצה ולא שמות פרטיים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פוסטר צריך כותרת __________ שתמשוך תשומת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הסיסמה צריכה להיות קצרה, עד שש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משפט המפתח השני עונה על השאלה מה ה__________ של החפץ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הבחירה יש ללחוץ על הכפתור __________ פוסטר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לשמור את התמונה יש ללחוץ לחיצה __________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אחד הקריטריונים במחוון הוא לשון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חלקי הפוסטר לתפקידם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משפט קצר וקולע עד שש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סיסמה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 קצר ומושך שמסביר את נושא הפוסטר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משפט מפתח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מסביר למה החפץ חשוב למשפחה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משפט מפתח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ציור קטן שמייצג את החפץ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משפט מפתח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מסביר מה החפץ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מספר את סיפור החפץ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הכנת הפוסטר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כותרת מושכת ושם לחפץ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סיסמה קצרה עד שש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חפץ משפחתי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יצירת פוסטר ולשמור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שלושה משפטי מפתח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צבע וסמל מתאימים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משפחתי (אמיתי או מסיפור שלמדתם) וכתבו עבורו כותרת, סיסמה ושלושה משפטי מפתח כמו שנדרש בפוסטר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איך החפץ שבחרתם מחבר בין דורות במשפחה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שלושת החלקים שחייבים להופיע במשפטי המפתח?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האורך המומלץ לסיסמה?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לסמל שאפשר לבחור לפוסטר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תערוכת מורשת – פוסטר קבוצתי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